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הפועל ושם הפעולה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שם פועל ושם פעולה בתוך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ליצור שם פועל ושם פעולה מפועל 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שם הפועל, שם הפעולה ופועל בנטייה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הצורה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לכתוב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למידה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צורת היסוד הקבועה של הפועל, כמו לכתוב, ללמוד.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צורת יסוד קבועה שאינה נוטה.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לאכול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שמירה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פועל לשם הפעולה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(כתיבה)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(לימוד)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(שמירה)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אני אוהב לקרוא ספרים בערב.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לשמור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הפועל הוא צורת יסוד קבועה שאינה משתנה; פועל בנטייה משתנה לפי זמן, גוף ומספר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התרגול כדאי לתלות על הלוח דוגמה אחת מלאה: פועל, שם הפועל, שם הפעולה.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במשחק ההתאמה אפשר לחלק לקבוצות ולבדוק יחד בסוף הסבב, כפי שמוצע בכרטיס הכללים.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שימוש בפעלים מגזרות שונות כדי להרחיב את התרגול.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הפועל ושם הפעולה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מכל פועל בעברית אפשר ליצור שם פועל (כמו לכתוב) ושם פעולה (כמו כתיבה). בדף הזה נתרגל לזהות וליצור את שתי הצורות ולהבדיל ביניהן לבין הפועל הנוטה.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שמירה  ·  לשחק  ·  לאכול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הצורה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שם הפועל של "כתב"?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לכתוב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שם הפעולה של "למד"?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ללמוד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לומד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שם הפועל תמיד מתחיל באות ל׳.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שם הפועל אינו משתנה לפי גוף, זמן או מספר.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שם הפועל של "אכל" הוא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שם הפעולה של "שמר" הוא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שם הפועל של "שיחק" הוא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פועל לשם הפעולה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שמירה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למד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כתיבה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לימוד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שבו מופיע שם הפועל "לקרוא".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משימת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שם הפועל של "שמר"?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שם הפעולה של "כתב"?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שם הפועל ושם הפעולה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