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 ושם הפעולה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פועל ושם פעולה בתוך 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ליצור שם פועל ושם פעולה מפועל נתון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שם הפועל, שם הפעולה ופועל בנטייה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הצורה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לכתוב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רצתי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הליכה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צורת היסוד הקבועה של הפועל, כמו לכתוב, ללמוד.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שם הפעולה הוא שם עצם קבוע, אינו משתנה לפי זמן.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צורת יסוד קבועה שאינה נוטה.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קריאה נגזרת מהפועל קרא ומתפקדת כשם עצם.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זו צורת הווה של הפועל בנטייה, לא שם הפועל.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ריצה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לקרוא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הליכה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פועל לשם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(כתיבה)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(דיבור)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(בנייה)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(שמירה)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אני אוהב לקרוא ספרים בערב.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למשל: הקריאה בספר הייתה מעניינת מאוד.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שם הפועל הוא צורת היסוד של הפועל, מתחילה ב-ל ואינה משתנה; שם הפעולה הוא שם עצם הנגזר מהפועל ומתפקד כמו שם עצם במשפט.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יבחרו שלושה פעלים ברורים ויכתבו עבורם צורות נכונות, למשל: שיחק - לשחק - משחק; צייר - לצייר - ציור; קפץ - לקפוץ - קפיצה.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לשמור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הפועל הוא צורת יסוד קבועה שאינה משתנה; פועל בנטייה משתנה לפי זמן, גוף ומספר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לתלות על הלוח דוגמה אחת מלאה: פועל, שם הפועל, שם הפעולה.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במשחק ההתאמה אפשר לחלק לקבוצות ולבדוק יחד בסוף הסבב, כפי שמוצע בכרטיס הכללים.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בפעלים מגזרות שונות כדי להרחיב את התרגול.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מרכזי למידה בלשון – מכיתה א׳ עד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שם הפועל ושם הפעולה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לכל פועל יש שם פועל (למשל לכתוב) ושם פעולה (למשל כתיבה). בדף הזה נלמד להכיר את שתי הצורות ולכתוב אותן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פעולה ומשתנה לפי זמן, גוף ומספר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הפועל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צורת היסוד הקבועה של הפועל, מתחילה באות ל׳, כמו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הפעולה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שנגזר מהפועל ומתאר את הפעולה, כמו כתיבה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נטייה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 צורת המילה לפי זמן, גוף ומספר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הבסיסיות של המילה, בדרך כלל שלוש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שלפיה נוטה הפועל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גזרה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סיווג פועל לפי סוג האותיות בשורשו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הצורה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איזו מילה היא שם הפועל של כתב?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היא שם הפעולה של 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למידה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משתנה לפי זמן וגוף?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מרוץ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מילה היא שם הפועל של דיבר?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דיבור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איזו מילה היא שם הפעולה של בנה?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איזו מילה היא שם עצם שנגזר מהפועל הלך?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הליכה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הלכתי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תמיד מתחיל באות ל׳.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הפעולה הוא פועל בנטייה שמשתנה לפי זמן.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הפועל אינו משתנה לפי גוף, זמן או מספר.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"קריאה" היא שם הפעולה של הפועל "קרא".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"כותב" היא שם הפועל.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שם הפועל של "אכל"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של "שמר"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הפועל של "שיחק"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שם הפעולה של "רץ"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שם הפועל של "קרא"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שם הפעולה של "הלך" הוא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פועל לשם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כתיבה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דיבר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בנייה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שבו מופיע שם הפועל "לקרוא".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שבו מופיע שם הפעולה "קריאה".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מה ההבדל בין שם הפועל לשם הפעולה.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שלושה פעלים נוספים (שלא הופיעו בדף) וכתבו לכל אחד את שם הפועל ואת שם הפעולה שלו.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הפועל של "שמר"?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שם הפעולה של "כתב"?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הפועל לפועל בנטייה?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שם הפועל ושם הפעולה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