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פועל ושם פעולה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פועל ושם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הפועל, שם הפעולה ופועל בנטייה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היסוד הקבועה של הפועל, כמו לכתוב, ללמוד.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 קבוע, אינו משתנה לפי 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צורת יסוד קבועה שאינה נוטה.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קריאה נגזרת מהפועל קרא ומתפקדת כשם עצם.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צורת הווה של הפועל בנטייה, לא שם הפועל.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אוהב לקרוא ספרים בערב.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הקריאה בספר הייתה מעניינת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הפועל הוא צורת היסוד של הפועל, מתחילה ב-ל ואינה משתנה; שם הפעולה הוא שם עצם הנגזר מהפועל ומתפקד כמו שם עצם במשפט.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שלושה פעלים ברורים ויכתבו עבורם צורות נכונות, למשל: שיחק - לשחק - משחק; צייר - לצייר - ציור; קפץ - לקפוץ - קפיצה.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הוא צורת יסוד קבועה שאינה משתנה; פועל בנטייה משתנה לפי זמן, גוף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לתלות על הלוח דוגמה אחת מלאה: פועל, שם הפועל, שם הפעולה.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ההתאמה אפשר לחלק לקבוצות ולבדוק יחד בסוף הסבב, כפי שמוצע בכרטיס הכללים.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בפעלים מגזרות שונות כדי להרחיב את התרגול.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מכל פועל בעברית אפשר ליצור שם פועל (כמו לכתוב) ושם פעולה (כמו כתיבה). בדף הזה נתרגל לזהות וליצור את שתי הצורות ולהבדיל ביניהן לבין הפועל הנוטה.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הפועל של "כתב"?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הפעולה של "למד"?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פועל בנטייה (לא שם הפועל ולא שם הפעולה)?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הפועל של "דיבר"?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הפעולה של "בנה"?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מהמילים הבאות יש שם הפעולה?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פועל בנטייה שמשתנה לפי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אינו משתנה לפי גוף, זמן או 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"קריאה" היא שם הפעולה של הפועל "קרא".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"כותב" היא שם הפועל.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הפועל של "אכל"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"שמר"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הפועל של "שיחק"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הפעולה של "רץ"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הפועל של "קרא"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הפעולה של "הלך"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פועל לשם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מופיע שם הפועל "לקרוא".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מופיע שם הפעולה "קריאה".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שם הפועל לשם הפעולה.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פעלים נוספים (שלא הופיעו בדף) וכתבו לכל אחד את שם הפועל ואת שם הפעולה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הפועל של "שמר"?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הפעולה של "כתב"?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הפועל לפועל בנטייה?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 ושם הפעולה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